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לניתוח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כלי הניתוח הספרותי שבארגז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על מה מתמקד כל כלי ומה לומדים בעזרתו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מונחי יסוד ראשונים מכל אחד מהכלים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הכירו את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מבנה הסיפור הקצר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סוגי דמויות ומחסן 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הרפגון הקמצן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לזהות את האמצעי ולהסביר מה הוא יוצר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מוצג בעמוד מבנה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צירים: ראשית/משנית, עגולה/שטוחה, דינמית/סטטית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בעמוד האמצעים האומנותיים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הצחוק גם מראה לנו את החולשות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מטרת מחסן התכונות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נקודת המפנה היא לרוב במהלך הסיפור או לקראת שיאו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סטטית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צחוק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כלי למוקד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(שלבי העלילה ונקודת המפנה)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(מיון דמויות ותיאורן בעזרת תכונות)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(דימוי, מטאפורה, האנשה וסמל)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(סוגי הומור והסבר למה צוחקים)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כלי אחד, מסביר/ה בבירור מה הוא בודק (למשל שלבי עלילה, סוגי דמויות, אמצעי אומנותי או הומור) ונותן/ת נימוק סביר לחשיבותו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כלים: מבנה הסיפור, דמויות, אמצעים אומנותיים, הומור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ורלוונטית למונח אחד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אישי קצר וברור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ארבעת האייקונים של הכלים ולבקש מהתלמידים לנחש מה כל כלי בודק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לדף זה בסיום לימוד כל כלי בנפרד כדי לבדוק אם ההבנה ההתחלתית הייתה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בעבודה בזוגות אפשר לחלק כל זוג לכלי אחר ולבקש הצגה קצרה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🧰 ארגז כלים לספרות בחט״ב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ארגז הכלים לניתוח סיפורים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בעמוד 'ארגז הכלים' מוצגים ארבעה כלים שילוו אותנו בקריאת סיפורים: מבנה הסיפור, סוגי דמויות, אמצעים אומנותיים והומור וקומדיה. בדף זה נתרגל את המושגים הראשוניים של כל כלי, לפני שנצלול לעומק כל אחד מהם.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הכירו את הכלים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כלי עוסק בשלבי העלילה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הסיפור הקצר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סוגי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אמצעים אומנותיים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הומור וקומדיה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שלבים יש ב'הר הסיפור'?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אמצעים אומנותיים מרכזיים מוצגים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כלי לומדים להבחין בין אפיון ישיר לעקיף?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הסיפור הקצר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סוגי דמויות ומחסן תכונות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אמצעים אומנותיים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הומור וקומדיה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הדמות שנפגוש בעמוד ההומור והקומדיה?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הרפגון הקמצן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דני אבדיה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גיבור הר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דמות עגולה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הכלל הזהב בלימוד אמצעים אומנותיים?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לזהות את האמצעי ולהסביר מה הוא יוצר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לזהות את שם האמצעי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לספור כמה פעמים הוא מופיע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להעתיק את המשפט המקורי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'הר הסיפור' מורכב מחמישה שלבים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בעמוד הדמויות ממיינים דמויות לפי ציר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אמצעים אומנותיים הופכים מילים רגילות לתמונה, צליל ורגש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בקומדיה הצחוק הוא רק בידור ואין בו שום מסר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מחסן תכונות עוזר לתאר דמויות מעבר למילים 'נחמדה' ו'רעה'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מפנה תמיד נמצאת בתחילת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ב'הר הסיפור' יש חמישה __________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דמות שאינה משתנה במהלך הסיפור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הכותב משווה בין שני דברים במילה 'כמו', זהו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לפני לימוד הקומדיה, נפתח את ארגז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דמות שמככבת ותופסת מקום מרכזי בעלילה נקראת דמות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כלי למוקד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הסיפור הקצר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מיון דמויות ותיאורן בעזרת תכונות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סוגי דמויות ומחסן תכונות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דימוי, מטאפורה, האנשה וסמל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אמצעים אומנותיים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סוגי הומור והסבר למה צוחקים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הומור וקומדיה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שלבי העלילה ונקודת המפנה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הכלים שלמדתם עליו היום. הסבירו במילים שלכם מה הכלי בודק בסיפור, ולמה לדעתכם הוא חשוב להבנת הסיפור.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הכלים שלמדנו עליהם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למונח מתוך אחד הכלים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כלי מעניין אתכם הכי הרבה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ארגז הכלים לניתוח סיפורים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