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הכלים לניתוח סיפורים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כלי הניתוח הספרותי שבארגז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על מה מתמקד כל כלי ומה לומדים בעזרתו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מונחי יסוד ראשונים מכל אחד מהכלים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הכירו את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מבנה הסיפור הקצר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הרפגון הקמצן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מוצג בעמוד מבנה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בעמוד האמצעים האומנותיים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סטטית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כלי למוקד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(שלבי העלילה ונקודת המפנה)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(מיון דמויות ותיאורן בעזרת תכונות)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כלי אחד, מסביר/ה בבירור מה הוא בודק (למשל שלבי עלילה, סוגי דמויות, אמצעי אומנותי או הומור) ונותן/ת נימוק סביר לחשיבותו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לארבעה כלים: מבנה הסיפור, דמויות, אמצעים אומנותיים, הומור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ורלוונטית למונח אחד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אישי קצר וברור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ארבעת האייקונים של הכלים ולבקש מהתלמידים לנחש מה כל כלי בודק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לדף זה בסיום לימוד כל כלי בנפרד כדי לבדוק אם ההבנה ההתחלתית הייתה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בעבודה בזוגות אפשר לחלק כל זוג לכלי אחר ולבקש הצגה קצרה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הכלים לניתוח סיפורים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בעמוד 'ארגז הכלים' מוצגים ארבעה כלים שילוו אותנו בקריאת סיפורים: מבנה הסיפור, סוגי דמויות, אמצעים אומנותיים והומור וקומדיה. בדף זה נתרגל את המושגים הראשוניים של כל כלי, לפני שנצלול לעומק כל אחד מהם.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סטטית  ·  שלבים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הכירו את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כלי עוסק בשלבי העלילה של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מבנה הסיפור הקצר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סוגי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אמצעים אומנותיים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הדמות שנפגוש בעמוד ההומור והקומדיה?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הרפגון הקמצן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גיבור הר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'הר הסיפור' מורכב מחמישה שלבים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אמצעים אומנותיים הופכים מילים רגילות לתמונה, צליל ורגש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ב'הר הסיפור' יש חמישה __________ של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דמות שאינה משתנה במהלך הסיפור נקראת דמות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כלי למוקד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מבנה הסיפור הקצר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מיון דמויות ותיאורן בעזרת תכונות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סוגי דמויות ומחסן תכונות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שלבי העלילה ונקודת המפנה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מארבעת הכלים שלמדתם עליו היום. הסבירו במילים שלכם מה הכלי בודק בסיפור, ולמה לדעתכם הוא חשוב להבנת 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הכלים שלמדנו עליהם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למונח מתוך אחד הכלים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הכלים לניתוח סיפורים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